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סיפורה של אלמז ואת הערכים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חג הסיגד ומה מסמל המסע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בעל פה ובכתב סביב נושאי געגוע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געגוע ומסע ארוך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לדפדף ולהקשיב להקראה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מדבר במפורש על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(רצון חזק לראות מקום אהוב)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(תחושת ביטחון וקשר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(דרך ארוכה שעוברים)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(להקשיב לסיפור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הראשונה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מנחשים על מה יהיה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מדפדפים או מקשיבים להקראה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פוגשים את אלמז ואת תחילת המסע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התמונה, יכולה לכלול מסע, געגוע או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ואמונה (או מסע)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כפתור ההקראה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עמוד הפתיחה ולבקש מהתלמידים לנחש את עלילת הסיפור לפני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האזנה להקראה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הסיפור לשיחה קצרה על חג הסיגד וערכיו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מספר על אלמז ועל מסע ארוך מלא געגוע ואמונה, שמזכיר את החג היהודי אתיופי הסיגד ואת הכמיהה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אלמז  ·  הקראה  ·  מאויר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הדמות הראשית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מספר הסיפור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געגוע ומסע ארוך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טיול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אפשר להכיר את הסיפור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לדפדף ולהקשיב להקראה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מספר על מסע ארוך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אין שום רגש של געגוע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להקשיב לסיפור ולא רק לקרוא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הילדה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הסיפור הוא סיפור __________ על געגוע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ללחוץ על כפתור כדי לשמוע __________ של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להקשיב לסיפור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רצון חזק לראות מקום אהוב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תחושת ביטחון וקשר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דרך ארוכה שעוברים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פוגשים את אלמז ואת תחילת המסע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מדפדפים או מקשיבים להקראה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מנחשים על מה יהיה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בתמונה הראשונה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התמונה בעמוד הראשון, על מה לדעתכם יהיה הסיפור? כתבו השערה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הדמות הראשית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נושאים מרכזיים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